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89DC" w14:textId="77777777" w:rsidR="00470F00" w:rsidRPr="003B7036" w:rsidRDefault="00FA2A2D">
      <w:pPr>
        <w:spacing w:before="120" w:after="40"/>
        <w:jc w:val="center"/>
        <w:rPr>
          <w:rFonts w:ascii="Times New Roman" w:hAnsi="Times New Roman" w:cs="Times New Roman"/>
          <w:sz w:val="24"/>
          <w:szCs w:val="24"/>
        </w:rPr>
      </w:pPr>
      <w:r w:rsidRPr="003B7036">
        <w:rPr>
          <w:rFonts w:ascii="Times New Roman" w:hAnsi="Times New Roman" w:cs="Times New Roman"/>
          <w:b/>
          <w:color w:val="003366"/>
          <w:sz w:val="24"/>
          <w:szCs w:val="24"/>
        </w:rPr>
        <w:t>ЗАЯВЛЕНИЕ</w:t>
      </w:r>
    </w:p>
    <w:p w14:paraId="66049616" w14:textId="77777777" w:rsidR="00470F00" w:rsidRPr="003B7036" w:rsidRDefault="00FA2A2D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 xml:space="preserve">и </w:t>
      </w:r>
      <w:proofErr w:type="spellStart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>декларация</w:t>
      </w:r>
      <w:proofErr w:type="spellEnd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>за</w:t>
      </w:r>
      <w:proofErr w:type="spellEnd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>информирано</w:t>
      </w:r>
      <w:proofErr w:type="spellEnd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i/>
          <w:color w:val="555555"/>
          <w:sz w:val="24"/>
          <w:szCs w:val="24"/>
        </w:rPr>
        <w:t>съгласие</w:t>
      </w:r>
      <w:proofErr w:type="spellEnd"/>
    </w:p>
    <w:p w14:paraId="58FEA9AD" w14:textId="1818DE19" w:rsidR="00470F00" w:rsidRPr="003B7036" w:rsidRDefault="00FA2A2D">
      <w:pPr>
        <w:spacing w:after="280" w:line="312" w:lineRule="auto"/>
        <w:rPr>
          <w:rFonts w:ascii="Times New Roman" w:hAnsi="Times New Roman" w:cs="Times New Roman"/>
          <w:sz w:val="24"/>
          <w:szCs w:val="24"/>
        </w:rPr>
      </w:pPr>
      <w:r w:rsidRPr="003B703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т</w:t>
      </w:r>
      <w:r w:rsidRPr="003B7036">
        <w:rPr>
          <w:rFonts w:ascii="Times New Roman" w:hAnsi="Times New Roman" w:cs="Times New Roman"/>
          <w:b/>
          <w:sz w:val="24"/>
          <w:szCs w:val="24"/>
        </w:rPr>
        <w:t>: ...................................................................................................................................................</w:t>
      </w:r>
      <w:r w:rsidRPr="003B7036">
        <w:rPr>
          <w:rFonts w:ascii="Times New Roman" w:hAnsi="Times New Roman" w:cs="Times New Roman"/>
          <w:b/>
          <w:sz w:val="24"/>
          <w:szCs w:val="24"/>
        </w:rPr>
        <w:br/>
      </w:r>
      <w:r w:rsidRPr="003B703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3B7036"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3B7036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)</w:t>
      </w:r>
      <w:r w:rsidRPr="003B7036">
        <w:rPr>
          <w:rFonts w:ascii="Times New Roman" w:hAnsi="Times New Roman" w:cs="Times New Roman"/>
          <w:sz w:val="24"/>
          <w:szCs w:val="24"/>
        </w:rPr>
        <w:br/>
      </w:r>
      <w:r w:rsidRPr="003B703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...............................................................................................................................................</w:t>
      </w:r>
      <w:r w:rsidRPr="003B703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поща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: .............................................................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: ........................................</w:t>
      </w:r>
      <w:r w:rsidR="003B7036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3B703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</w:t>
      </w:r>
      <w:r w:rsidR="003B7036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Pr="003B7036">
        <w:rPr>
          <w:rFonts w:ascii="Times New Roman" w:hAnsi="Times New Roman" w:cs="Times New Roman"/>
          <w:sz w:val="24"/>
          <w:szCs w:val="24"/>
        </w:rPr>
        <w:t>..</w:t>
      </w:r>
      <w:r w:rsidR="003B7036"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Pr="003B7036">
        <w:rPr>
          <w:rFonts w:ascii="Times New Roman" w:hAnsi="Times New Roman" w:cs="Times New Roman"/>
          <w:sz w:val="24"/>
          <w:szCs w:val="24"/>
        </w:rPr>
        <w:t xml:space="preserve">..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: ........................</w:t>
      </w:r>
      <w:r w:rsidR="003B7036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3B7036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proofErr w:type="gramStart"/>
      <w:r w:rsidRPr="003B7036"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3B7036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)</w:t>
      </w:r>
      <w:r w:rsidRPr="003B7036">
        <w:rPr>
          <w:rFonts w:ascii="Times New Roman" w:hAnsi="Times New Roman" w:cs="Times New Roman"/>
          <w:sz w:val="24"/>
          <w:szCs w:val="24"/>
        </w:rPr>
        <w:br/>
        <w:t xml:space="preserve">Училище: .................................................................................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място: ............................</w:t>
      </w:r>
      <w:r w:rsidRPr="003B7036">
        <w:rPr>
          <w:rFonts w:ascii="Times New Roman" w:hAnsi="Times New Roman" w:cs="Times New Roman"/>
          <w:sz w:val="24"/>
          <w:szCs w:val="24"/>
        </w:rPr>
        <w:br/>
      </w:r>
    </w:p>
    <w:p w14:paraId="3CC029F7" w14:textId="24ED91F3" w:rsidR="00470F00" w:rsidRPr="003B7036" w:rsidRDefault="003B7036">
      <w:pPr>
        <w:spacing w:before="12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Изразявам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желанието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си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синът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дъщеря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ми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бъде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включен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/а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през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2026/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20</w:t>
      </w:r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27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година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регионална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школа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НП „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Бъдеще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FA2A2D" w:rsidRPr="003B7036">
        <w:rPr>
          <w:rFonts w:ascii="Times New Roman" w:hAnsi="Times New Roman" w:cs="Times New Roman"/>
          <w:b/>
          <w:sz w:val="24"/>
          <w:szCs w:val="24"/>
        </w:rPr>
        <w:t>таланти</w:t>
      </w:r>
      <w:proofErr w:type="spellEnd"/>
      <w:r w:rsidR="00FA2A2D" w:rsidRPr="003B7036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="00FA2A2D" w:rsidRPr="003B7036">
        <w:rPr>
          <w:rFonts w:ascii="Times New Roman" w:hAnsi="Times New Roman" w:cs="Times New Roman"/>
          <w:b/>
          <w:sz w:val="24"/>
          <w:szCs w:val="24"/>
        </w:rPr>
        <w:t>:</w:t>
      </w:r>
      <w:r w:rsidR="00FA2A2D" w:rsidRPr="003B7036">
        <w:rPr>
          <w:rFonts w:ascii="Times New Roman" w:hAnsi="Times New Roman" w:cs="Times New Roman"/>
          <w:b/>
          <w:sz w:val="24"/>
          <w:szCs w:val="24"/>
        </w:rPr>
        <w:br/>
      </w:r>
    </w:p>
    <w:p w14:paraId="3316B396" w14:textId="2355FB44" w:rsidR="00470F00" w:rsidRDefault="00FA2A2D">
      <w:pPr>
        <w:spacing w:after="60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3B7036">
        <w:rPr>
          <w:rFonts w:ascii="Segoe UI Symbol" w:hAnsi="Segoe UI Symbol" w:cs="Segoe UI Symbol"/>
          <w:sz w:val="24"/>
          <w:szCs w:val="24"/>
        </w:rPr>
        <w:t>☐</w:t>
      </w:r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Математика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r w:rsidR="00A251FC">
        <w:rPr>
          <w:rFonts w:ascii="Times New Roman" w:hAnsi="Times New Roman" w:cs="Times New Roman"/>
          <w:sz w:val="24"/>
          <w:szCs w:val="24"/>
        </w:rPr>
        <w:t xml:space="preserve">IX </w:t>
      </w:r>
      <w:r w:rsidR="00A251FC">
        <w:rPr>
          <w:rFonts w:ascii="Times New Roman" w:hAnsi="Times New Roman" w:cs="Times New Roman"/>
          <w:sz w:val="24"/>
          <w:szCs w:val="24"/>
          <w:lang w:val="bg-BG"/>
        </w:rPr>
        <w:t>клас</w:t>
      </w:r>
    </w:p>
    <w:p w14:paraId="3495229D" w14:textId="2305DEE9" w:rsidR="00A251FC" w:rsidRPr="00A251FC" w:rsidRDefault="00A251FC">
      <w:pPr>
        <w:spacing w:after="60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3B7036">
        <w:rPr>
          <w:rFonts w:ascii="Segoe UI Symbol" w:hAnsi="Segoe UI Symbol" w:cs="Segoe UI Symbol"/>
          <w:sz w:val="24"/>
          <w:szCs w:val="24"/>
        </w:rPr>
        <w:t>☐</w:t>
      </w:r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Математика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I-XII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клас</w:t>
      </w:r>
    </w:p>
    <w:p w14:paraId="08F44694" w14:textId="5B0EBA60" w:rsidR="00470F00" w:rsidRPr="003B7036" w:rsidRDefault="00FA2A2D">
      <w:pPr>
        <w:spacing w:after="240"/>
        <w:ind w:left="720"/>
        <w:rPr>
          <w:rFonts w:ascii="Times New Roman" w:hAnsi="Times New Roman" w:cs="Times New Roman"/>
          <w:sz w:val="24"/>
          <w:szCs w:val="24"/>
        </w:rPr>
      </w:pPr>
      <w:r w:rsidRPr="003B7036">
        <w:rPr>
          <w:rFonts w:ascii="Segoe UI Symbol" w:hAnsi="Segoe UI Symbol" w:cs="Segoe UI Symbol"/>
          <w:sz w:val="24"/>
          <w:szCs w:val="24"/>
        </w:rPr>
        <w:t>☐</w:t>
      </w:r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Информатика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46160" w14:textId="1AB461D2" w:rsidR="00470F00" w:rsidRPr="003B7036" w:rsidRDefault="003B7036" w:rsidP="003B703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2A2D" w:rsidRPr="003B703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синът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дъщеря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национални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проекти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финансирани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европейски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международни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източници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финансиране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>.</w:t>
      </w:r>
    </w:p>
    <w:p w14:paraId="40586FE6" w14:textId="15197A60" w:rsidR="00470F00" w:rsidRPr="003B7036" w:rsidRDefault="003B7036" w:rsidP="003B703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2A2D" w:rsidRPr="003B703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синът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дъщеря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ще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посещава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заниманията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групата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включен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>/а.</w:t>
      </w:r>
    </w:p>
    <w:p w14:paraId="1BC9A419" w14:textId="0D787A7D" w:rsidR="00470F00" w:rsidRPr="003B7036" w:rsidRDefault="003B7036" w:rsidP="003B703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2A2D" w:rsidRPr="003B703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настойник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попечител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сина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дъщеря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същият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тата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сниман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фото-формат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/й в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школата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>.</w:t>
      </w:r>
    </w:p>
    <w:p w14:paraId="21A908E2" w14:textId="61FFB712" w:rsidR="00470F00" w:rsidRPr="003B7036" w:rsidRDefault="003B7036" w:rsidP="003B7036">
      <w:pPr>
        <w:spacing w:after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2A2D" w:rsidRPr="003B703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заснетите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изображения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свободно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публикувани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цифров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вид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публичност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2D" w:rsidRPr="003B7036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="00FA2A2D" w:rsidRPr="003B7036">
        <w:rPr>
          <w:rFonts w:ascii="Times New Roman" w:hAnsi="Times New Roman" w:cs="Times New Roman"/>
          <w:sz w:val="24"/>
          <w:szCs w:val="24"/>
        </w:rPr>
        <w:t>.</w:t>
      </w:r>
    </w:p>
    <w:p w14:paraId="6CC6899C" w14:textId="3D743AB9" w:rsidR="00470F00" w:rsidRPr="003B7036" w:rsidRDefault="00FA2A2D">
      <w:pPr>
        <w:spacing w:before="240" w:after="0"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B7036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3B7036">
        <w:rPr>
          <w:rFonts w:ascii="Times New Roman" w:hAnsi="Times New Roman" w:cs="Times New Roman"/>
          <w:sz w:val="24"/>
          <w:szCs w:val="24"/>
        </w:rPr>
        <w:t>: .................... г.</w:t>
      </w:r>
      <w:r w:rsidRPr="003B7036">
        <w:rPr>
          <w:rFonts w:ascii="Times New Roman" w:hAnsi="Times New Roman" w:cs="Times New Roman"/>
          <w:sz w:val="24"/>
          <w:szCs w:val="24"/>
        </w:rPr>
        <w:br/>
      </w:r>
      <w:r w:rsidRPr="003B7036">
        <w:rPr>
          <w:rFonts w:ascii="Times New Roman" w:hAnsi="Times New Roman" w:cs="Times New Roman"/>
          <w:sz w:val="24"/>
          <w:szCs w:val="24"/>
        </w:rPr>
        <w:br/>
      </w:r>
      <w:r w:rsidRPr="003B703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Подпис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родителя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 xml:space="preserve">: .......................................         </w:t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Подпис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7036">
        <w:rPr>
          <w:rFonts w:ascii="Times New Roman" w:hAnsi="Times New Roman" w:cs="Times New Roman"/>
          <w:b/>
          <w:sz w:val="24"/>
          <w:szCs w:val="24"/>
        </w:rPr>
        <w:t>ученика</w:t>
      </w:r>
      <w:proofErr w:type="spellEnd"/>
      <w:r w:rsidRPr="003B7036">
        <w:rPr>
          <w:rFonts w:ascii="Times New Roman" w:hAnsi="Times New Roman" w:cs="Times New Roman"/>
          <w:b/>
          <w:sz w:val="24"/>
          <w:szCs w:val="24"/>
        </w:rPr>
        <w:t>: .......................................</w:t>
      </w:r>
    </w:p>
    <w:sectPr w:rsidR="00470F00" w:rsidRPr="003B7036" w:rsidSect="003B7036">
      <w:pgSz w:w="12240" w:h="15840"/>
      <w:pgMar w:top="993" w:right="1183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7036"/>
    <w:rsid w:val="00470F00"/>
    <w:rsid w:val="00A251FC"/>
    <w:rsid w:val="00AA1D8D"/>
    <w:rsid w:val="00B47730"/>
    <w:rsid w:val="00CB0664"/>
    <w:rsid w:val="00FA2A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4CAAF"/>
  <w14:defaultImageDpi w14:val="300"/>
  <w15:docId w15:val="{5374E92F-0150-437B-A57B-1D7CC1A2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Миглена Захариева</cp:lastModifiedBy>
  <cp:revision>4</cp:revision>
  <dcterms:created xsi:type="dcterms:W3CDTF">2013-12-23T23:15:00Z</dcterms:created>
  <dcterms:modified xsi:type="dcterms:W3CDTF">2026-10-14T08:59:00Z</dcterms:modified>
  <cp:category/>
</cp:coreProperties>
</file>